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94A" w:rsidRPr="00931AD2" w:rsidRDefault="00E6294A" w:rsidP="0082793D">
      <w:pPr>
        <w:pStyle w:val="Heading1"/>
        <w:spacing w:before="0"/>
        <w:jc w:val="center"/>
        <w:rPr>
          <w:rFonts w:ascii="Times New Roman" w:hAnsi="Times New Roman" w:cs="Times New Roman"/>
          <w:color w:val="auto"/>
        </w:rPr>
      </w:pPr>
      <w:r w:rsidRPr="00931AD2">
        <w:rPr>
          <w:rFonts w:ascii="Times New Roman" w:hAnsi="Times New Roman" w:cs="Times New Roman"/>
          <w:color w:val="auto"/>
        </w:rPr>
        <w:t>CHƯƠNG TRÌNH</w:t>
      </w:r>
    </w:p>
    <w:p w:rsidR="0082793D" w:rsidRDefault="00BE01DD" w:rsidP="008279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3ADF">
        <w:rPr>
          <w:rFonts w:ascii="Times New Roman" w:hAnsi="Times New Roman" w:cs="Times New Roman"/>
          <w:b/>
          <w:bCs/>
          <w:sz w:val="26"/>
          <w:szCs w:val="26"/>
        </w:rPr>
        <w:t>Hội nghị</w:t>
      </w:r>
      <w:r w:rsidR="0066096C" w:rsidRPr="008A3AD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51BBD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50409D" w:rsidRPr="008A3ADF">
        <w:rPr>
          <w:rFonts w:ascii="Times New Roman" w:hAnsi="Times New Roman" w:cs="Times New Roman"/>
          <w:b/>
          <w:bCs/>
          <w:sz w:val="26"/>
          <w:szCs w:val="26"/>
        </w:rPr>
        <w:t>ơ kế</w:t>
      </w:r>
      <w:r w:rsidR="0082793D">
        <w:rPr>
          <w:rFonts w:ascii="Times New Roman" w:hAnsi="Times New Roman" w:cs="Times New Roman"/>
          <w:b/>
          <w:bCs/>
          <w:sz w:val="26"/>
          <w:szCs w:val="26"/>
        </w:rPr>
        <w:t>t</w:t>
      </w:r>
      <w:r w:rsidR="0066096C" w:rsidRPr="008A3AD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2793D">
        <w:rPr>
          <w:rFonts w:ascii="Times New Roman" w:hAnsi="Times New Roman" w:cs="Times New Roman"/>
          <w:b/>
          <w:sz w:val="26"/>
          <w:szCs w:val="26"/>
        </w:rPr>
        <w:t>6 tháng đầu năm 2026</w:t>
      </w:r>
      <w:r w:rsidR="0066096C" w:rsidRPr="008A3AD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50409D" w:rsidRPr="008A3ADF">
        <w:rPr>
          <w:rFonts w:ascii="Times New Roman" w:hAnsi="Times New Roman" w:cs="Times New Roman"/>
          <w:b/>
          <w:sz w:val="26"/>
          <w:szCs w:val="26"/>
        </w:rPr>
        <w:t xml:space="preserve">triển khai phương hướng, </w:t>
      </w:r>
    </w:p>
    <w:p w:rsidR="006A42E3" w:rsidRDefault="0066096C" w:rsidP="008279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3ADF">
        <w:rPr>
          <w:rFonts w:ascii="Times New Roman" w:hAnsi="Times New Roman" w:cs="Times New Roman"/>
          <w:b/>
          <w:sz w:val="26"/>
          <w:szCs w:val="26"/>
        </w:rPr>
        <w:t xml:space="preserve">nhiệm vụ </w:t>
      </w:r>
      <w:r w:rsidR="0082793D">
        <w:rPr>
          <w:rFonts w:ascii="Times New Roman" w:hAnsi="Times New Roman" w:cs="Times New Roman"/>
          <w:b/>
          <w:sz w:val="26"/>
          <w:szCs w:val="26"/>
        </w:rPr>
        <w:t xml:space="preserve">công tác </w:t>
      </w:r>
      <w:r w:rsidR="00447792">
        <w:rPr>
          <w:rFonts w:ascii="Times New Roman" w:hAnsi="Times New Roman" w:cs="Times New Roman"/>
          <w:b/>
          <w:sz w:val="26"/>
          <w:szCs w:val="26"/>
        </w:rPr>
        <w:t>6 tháng cuối năm 2026</w:t>
      </w:r>
    </w:p>
    <w:p w:rsidR="0082793D" w:rsidRPr="008A3ADF" w:rsidRDefault="0082793D" w:rsidP="0049379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TableGrid"/>
        <w:tblW w:w="10065" w:type="dxa"/>
        <w:tblInd w:w="-34" w:type="dxa"/>
        <w:tblLook w:val="04A0" w:firstRow="1" w:lastRow="0" w:firstColumn="1" w:lastColumn="0" w:noHBand="0" w:noVBand="1"/>
      </w:tblPr>
      <w:tblGrid>
        <w:gridCol w:w="675"/>
        <w:gridCol w:w="5421"/>
        <w:gridCol w:w="3969"/>
      </w:tblGrid>
      <w:tr w:rsidR="005E7BB1" w:rsidRPr="00BD27AC" w:rsidTr="00FA4AB3">
        <w:tc>
          <w:tcPr>
            <w:tcW w:w="675" w:type="dxa"/>
            <w:vAlign w:val="center"/>
          </w:tcPr>
          <w:p w:rsidR="005E7BB1" w:rsidRPr="00BD27AC" w:rsidRDefault="005E7BB1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5421" w:type="dxa"/>
            <w:vAlign w:val="center"/>
          </w:tcPr>
          <w:p w:rsidR="005E7BB1" w:rsidRPr="00BD27AC" w:rsidRDefault="005E7BB1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3969" w:type="dxa"/>
            <w:vAlign w:val="center"/>
          </w:tcPr>
          <w:p w:rsidR="005E7BB1" w:rsidRPr="00BD27AC" w:rsidRDefault="00264E2B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="005E7BB1"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hực hiện</w:t>
            </w:r>
          </w:p>
        </w:tc>
      </w:tr>
      <w:tr w:rsidR="005E7BB1" w:rsidRPr="00BD27AC" w:rsidTr="00FA4AB3">
        <w:tc>
          <w:tcPr>
            <w:tcW w:w="675" w:type="dxa"/>
            <w:vAlign w:val="center"/>
          </w:tcPr>
          <w:p w:rsidR="005E7BB1" w:rsidRPr="00BD27AC" w:rsidRDefault="005E7BB1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01</w:t>
            </w:r>
          </w:p>
        </w:tc>
        <w:tc>
          <w:tcPr>
            <w:tcW w:w="5421" w:type="dxa"/>
            <w:vAlign w:val="center"/>
          </w:tcPr>
          <w:p w:rsidR="005E7BB1" w:rsidRPr="00BD27AC" w:rsidRDefault="00825345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5E7BB1" w:rsidRPr="00BD27AC">
              <w:rPr>
                <w:rFonts w:ascii="Times New Roman" w:hAnsi="Times New Roman" w:cs="Times New Roman"/>
                <w:sz w:val="26"/>
                <w:szCs w:val="26"/>
              </w:rPr>
              <w:t xml:space="preserve">Tuyên bố lý do, giới thiệu đại biểu, thông qua chương </w:t>
            </w:r>
            <w:r w:rsidR="007B522C" w:rsidRPr="00BD27AC">
              <w:rPr>
                <w:rFonts w:ascii="Times New Roman" w:hAnsi="Times New Roman" w:cs="Times New Roman"/>
                <w:sz w:val="26"/>
                <w:szCs w:val="26"/>
              </w:rPr>
              <w:t>Hội nghị</w:t>
            </w:r>
          </w:p>
        </w:tc>
        <w:tc>
          <w:tcPr>
            <w:tcW w:w="3969" w:type="dxa"/>
            <w:vAlign w:val="center"/>
          </w:tcPr>
          <w:p w:rsidR="005E7BB1" w:rsidRPr="00BD27AC" w:rsidRDefault="00F824BC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Văn phòng</w:t>
            </w:r>
            <w:r w:rsidR="005E7BB1" w:rsidRPr="00BD27AC">
              <w:rPr>
                <w:rFonts w:ascii="Times New Roman" w:hAnsi="Times New Roman" w:cs="Times New Roman"/>
                <w:sz w:val="26"/>
                <w:szCs w:val="26"/>
              </w:rPr>
              <w:t xml:space="preserve"> Đảng ủy</w:t>
            </w:r>
          </w:p>
        </w:tc>
      </w:tr>
      <w:tr w:rsidR="005E7BB1" w:rsidRPr="00BD27AC" w:rsidTr="00FA4AB3">
        <w:tc>
          <w:tcPr>
            <w:tcW w:w="675" w:type="dxa"/>
            <w:vAlign w:val="center"/>
          </w:tcPr>
          <w:p w:rsidR="005E7BB1" w:rsidRPr="00BD27AC" w:rsidRDefault="005E7BB1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</w:p>
        </w:tc>
        <w:tc>
          <w:tcPr>
            <w:tcW w:w="5421" w:type="dxa"/>
            <w:vAlign w:val="center"/>
          </w:tcPr>
          <w:p w:rsidR="005E7BB1" w:rsidRPr="00BD27AC" w:rsidRDefault="00825345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5E7BB1" w:rsidRPr="00BD27AC">
              <w:rPr>
                <w:rFonts w:ascii="Times New Roman" w:hAnsi="Times New Roman" w:cs="Times New Roman"/>
                <w:sz w:val="26"/>
                <w:szCs w:val="26"/>
              </w:rPr>
              <w:t xml:space="preserve">Phát biểu </w:t>
            </w:r>
            <w:r w:rsidR="008412F8" w:rsidRPr="00BD27AC">
              <w:rPr>
                <w:rFonts w:ascii="Times New Roman" w:hAnsi="Times New Roman" w:cs="Times New Roman"/>
                <w:sz w:val="26"/>
                <w:szCs w:val="26"/>
              </w:rPr>
              <w:t>quán triệt nội dung, yêu cầu Hội nghị</w:t>
            </w:r>
          </w:p>
        </w:tc>
        <w:tc>
          <w:tcPr>
            <w:tcW w:w="3969" w:type="dxa"/>
            <w:vAlign w:val="center"/>
          </w:tcPr>
          <w:p w:rsidR="005E7BB1" w:rsidRPr="00BD27AC" w:rsidRDefault="00F824BC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Chủ trì Hội nghị</w:t>
            </w:r>
          </w:p>
        </w:tc>
      </w:tr>
      <w:tr w:rsidR="006A42E3" w:rsidRPr="00BD27AC" w:rsidTr="00FA4AB3">
        <w:tc>
          <w:tcPr>
            <w:tcW w:w="675" w:type="dxa"/>
            <w:vAlign w:val="center"/>
          </w:tcPr>
          <w:p w:rsidR="006A42E3" w:rsidRPr="00BD27AC" w:rsidRDefault="006A42E3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</w:p>
        </w:tc>
        <w:tc>
          <w:tcPr>
            <w:tcW w:w="5421" w:type="dxa"/>
            <w:vAlign w:val="center"/>
          </w:tcPr>
          <w:p w:rsidR="006A42E3" w:rsidRPr="00BD27AC" w:rsidRDefault="008A26E8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- </w:t>
            </w:r>
            <w:r w:rsidR="006A42E3" w:rsidRPr="00BD27A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Báo cáo </w:t>
            </w:r>
            <w:r w:rsidR="00BA1791" w:rsidRPr="00BD27AC">
              <w:rPr>
                <w:rFonts w:ascii="Times New Roman" w:hAnsi="Times New Roman" w:cs="Times New Roman"/>
                <w:bCs/>
                <w:sz w:val="26"/>
                <w:szCs w:val="26"/>
              </w:rPr>
              <w:t>t</w:t>
            </w:r>
            <w:r w:rsidR="006A42E3" w:rsidRPr="00BD27A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óm tắt kiểm điểm tình hình thực hiện Nghị quyết </w:t>
            </w:r>
            <w:r w:rsidR="006A42E3" w:rsidRPr="00BD27AC">
              <w:rPr>
                <w:rFonts w:ascii="Times New Roman" w:hAnsi="Times New Roman" w:cs="Times New Roman"/>
                <w:sz w:val="26"/>
                <w:szCs w:val="26"/>
              </w:rPr>
              <w:t>của Đảng ủy</w:t>
            </w:r>
            <w:r w:rsidR="006A42E3" w:rsidRPr="00BD27A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82793D" w:rsidRPr="0082793D">
              <w:rPr>
                <w:rFonts w:ascii="Times New Roman" w:hAnsi="Times New Roman" w:cs="Times New Roman"/>
                <w:sz w:val="26"/>
                <w:szCs w:val="26"/>
              </w:rPr>
              <w:t>6 tháng đầu năm 2026</w:t>
            </w:r>
          </w:p>
        </w:tc>
        <w:tc>
          <w:tcPr>
            <w:tcW w:w="3969" w:type="dxa"/>
            <w:vAlign w:val="center"/>
          </w:tcPr>
          <w:p w:rsidR="006A42E3" w:rsidRPr="00BD27AC" w:rsidRDefault="00E07210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Phó Bí t</w:t>
            </w:r>
            <w:r w:rsidR="005D6D0A">
              <w:rPr>
                <w:rFonts w:ascii="Times New Roman" w:hAnsi="Times New Roman" w:cs="Times New Roman"/>
                <w:sz w:val="26"/>
                <w:szCs w:val="26"/>
              </w:rPr>
              <w:t>hư Đảng ủy, CT UBND xã</w:t>
            </w:r>
          </w:p>
        </w:tc>
      </w:tr>
      <w:tr w:rsidR="005D6D0A" w:rsidRPr="00BD27AC" w:rsidTr="00FA4AB3">
        <w:tc>
          <w:tcPr>
            <w:tcW w:w="675" w:type="dxa"/>
            <w:vAlign w:val="center"/>
          </w:tcPr>
          <w:p w:rsidR="005D6D0A" w:rsidRPr="00BD27AC" w:rsidRDefault="005D6D0A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04</w:t>
            </w:r>
          </w:p>
        </w:tc>
        <w:tc>
          <w:tcPr>
            <w:tcW w:w="5421" w:type="dxa"/>
            <w:vAlign w:val="center"/>
          </w:tcPr>
          <w:p w:rsidR="005D6D0A" w:rsidRPr="00BD27AC" w:rsidRDefault="00825345" w:rsidP="006970F3">
            <w:pPr>
              <w:spacing w:before="240" w:after="24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5D6D0A" w:rsidRPr="00BD27AC">
              <w:rPr>
                <w:rFonts w:ascii="Times New Roman" w:hAnsi="Times New Roman" w:cs="Times New Roman"/>
                <w:sz w:val="26"/>
                <w:szCs w:val="26"/>
              </w:rPr>
              <w:t xml:space="preserve">Chương </w:t>
            </w:r>
            <w:r w:rsidR="00853C02">
              <w:rPr>
                <w:rFonts w:ascii="Times New Roman" w:hAnsi="Times New Roman" w:cs="Times New Roman"/>
                <w:sz w:val="26"/>
                <w:szCs w:val="26"/>
              </w:rPr>
              <w:t xml:space="preserve">trình công tác </w:t>
            </w:r>
            <w:r w:rsidR="00447792" w:rsidRPr="00447792">
              <w:rPr>
                <w:rFonts w:ascii="Times New Roman" w:hAnsi="Times New Roman" w:cs="Times New Roman"/>
                <w:sz w:val="26"/>
                <w:szCs w:val="26"/>
              </w:rPr>
              <w:t>6 tháng cuối năm 2026</w:t>
            </w:r>
          </w:p>
        </w:tc>
        <w:tc>
          <w:tcPr>
            <w:tcW w:w="3969" w:type="dxa"/>
            <w:vAlign w:val="center"/>
          </w:tcPr>
          <w:p w:rsidR="005D6D0A" w:rsidRPr="00BD27AC" w:rsidRDefault="00E07210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Phó Bí t</w:t>
            </w:r>
            <w:r w:rsidR="005D6D0A">
              <w:rPr>
                <w:rFonts w:ascii="Times New Roman" w:hAnsi="Times New Roman" w:cs="Times New Roman"/>
                <w:sz w:val="26"/>
                <w:szCs w:val="26"/>
              </w:rPr>
              <w:t>hư Thường trực Đảng ủy</w:t>
            </w:r>
          </w:p>
        </w:tc>
      </w:tr>
      <w:tr w:rsidR="0082793D" w:rsidRPr="00BD27AC" w:rsidTr="00FA4AB3">
        <w:tc>
          <w:tcPr>
            <w:tcW w:w="675" w:type="dxa"/>
            <w:vAlign w:val="center"/>
          </w:tcPr>
          <w:p w:rsidR="0082793D" w:rsidRPr="00BD27AC" w:rsidRDefault="0082793D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</w:p>
        </w:tc>
        <w:tc>
          <w:tcPr>
            <w:tcW w:w="5421" w:type="dxa"/>
            <w:vAlign w:val="center"/>
          </w:tcPr>
          <w:p w:rsidR="0082793D" w:rsidRPr="00BD27AC" w:rsidRDefault="0082793D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BD27AC">
              <w:rPr>
                <w:rFonts w:ascii="Times New Roman" w:hAnsi="Times New Roman" w:cs="Times New Roman"/>
                <w:sz w:val="26"/>
                <w:szCs w:val="26"/>
              </w:rPr>
              <w:t>Hội nghị</w:t>
            </w:r>
            <w:r w:rsidR="00952A53">
              <w:rPr>
                <w:rFonts w:ascii="Times New Roman" w:hAnsi="Times New Roman" w:cs="Times New Roman"/>
                <w:sz w:val="26"/>
                <w:szCs w:val="26"/>
              </w:rPr>
              <w:t xml:space="preserve"> tham luận, t</w:t>
            </w:r>
            <w:r w:rsidRPr="00BD27AC">
              <w:rPr>
                <w:rFonts w:ascii="Times New Roman" w:hAnsi="Times New Roman" w:cs="Times New Roman"/>
                <w:sz w:val="26"/>
                <w:szCs w:val="26"/>
              </w:rPr>
              <w:t>hảo luận</w:t>
            </w:r>
          </w:p>
        </w:tc>
        <w:tc>
          <w:tcPr>
            <w:tcW w:w="3969" w:type="dxa"/>
            <w:vAlign w:val="center"/>
          </w:tcPr>
          <w:p w:rsidR="0082793D" w:rsidRPr="00BD27AC" w:rsidRDefault="0082793D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sz w:val="26"/>
                <w:szCs w:val="26"/>
              </w:rPr>
              <w:t xml:space="preserve">Đại biểu </w:t>
            </w:r>
          </w:p>
        </w:tc>
      </w:tr>
      <w:tr w:rsidR="001B75DA" w:rsidRPr="00BD27AC" w:rsidTr="00FA4AB3">
        <w:tc>
          <w:tcPr>
            <w:tcW w:w="675" w:type="dxa"/>
            <w:vAlign w:val="center"/>
          </w:tcPr>
          <w:p w:rsidR="001B75DA" w:rsidRPr="00BD27AC" w:rsidRDefault="001B75DA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06</w:t>
            </w:r>
          </w:p>
        </w:tc>
        <w:tc>
          <w:tcPr>
            <w:tcW w:w="5421" w:type="dxa"/>
            <w:vAlign w:val="center"/>
          </w:tcPr>
          <w:p w:rsidR="001B75DA" w:rsidRDefault="00C11390" w:rsidP="00DC5C05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="001B75DA">
              <w:rPr>
                <w:rFonts w:ascii="Times New Roman" w:hAnsi="Times New Roman" w:cs="Times New Roman"/>
                <w:sz w:val="26"/>
                <w:szCs w:val="26"/>
              </w:rPr>
              <w:t xml:space="preserve">Mời lãnh đạo tỉnh phát biểu chỉ đạo </w:t>
            </w:r>
            <w:r w:rsidR="00775650">
              <w:rPr>
                <w:rFonts w:ascii="Times New Roman" w:hAnsi="Times New Roman" w:cs="Times New Roman"/>
                <w:sz w:val="26"/>
                <w:szCs w:val="26"/>
              </w:rPr>
              <w:t>(nếu có)</w:t>
            </w:r>
          </w:p>
        </w:tc>
        <w:tc>
          <w:tcPr>
            <w:tcW w:w="3969" w:type="dxa"/>
            <w:vAlign w:val="center"/>
          </w:tcPr>
          <w:p w:rsidR="001B75DA" w:rsidRPr="00BD27AC" w:rsidRDefault="001B75DA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5FBF" w:rsidRPr="00BD27AC" w:rsidTr="00FA4AB3">
        <w:tc>
          <w:tcPr>
            <w:tcW w:w="675" w:type="dxa"/>
            <w:vAlign w:val="center"/>
          </w:tcPr>
          <w:p w:rsidR="00B45FBF" w:rsidRDefault="00B45FBF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</w:p>
        </w:tc>
        <w:tc>
          <w:tcPr>
            <w:tcW w:w="5421" w:type="dxa"/>
            <w:vAlign w:val="center"/>
          </w:tcPr>
          <w:p w:rsidR="00B45FBF" w:rsidRPr="00B45FBF" w:rsidRDefault="00B45FBF" w:rsidP="00B45FBF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Công bố quyết định khen thưởng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đảng viên </w:t>
            </w:r>
            <w:r w:rsidR="009F4D6E">
              <w:rPr>
                <w:rFonts w:ascii="Times New Roman" w:hAnsi="Times New Roman" w:cs="Times New Roman"/>
                <w:sz w:val="26"/>
                <w:szCs w:val="26"/>
              </w:rPr>
              <w:t xml:space="preserve">Hoàn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thành xuất sắc nhiệm vụ 5 năm liền</w:t>
            </w:r>
          </w:p>
        </w:tc>
        <w:tc>
          <w:tcPr>
            <w:tcW w:w="3969" w:type="dxa"/>
            <w:vAlign w:val="center"/>
          </w:tcPr>
          <w:p w:rsidR="00B45FBF" w:rsidRPr="00BD27AC" w:rsidRDefault="00B45FBF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Ban Xây dựng Đảng Đảng ủy</w:t>
            </w:r>
          </w:p>
        </w:tc>
      </w:tr>
      <w:tr w:rsidR="0082793D" w:rsidRPr="00BD27AC" w:rsidTr="00FA4AB3">
        <w:tc>
          <w:tcPr>
            <w:tcW w:w="675" w:type="dxa"/>
            <w:vAlign w:val="center"/>
          </w:tcPr>
          <w:p w:rsidR="0082793D" w:rsidRPr="00BD27AC" w:rsidRDefault="00CF5BC1" w:rsidP="006970F3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</w:p>
        </w:tc>
        <w:tc>
          <w:tcPr>
            <w:tcW w:w="5421" w:type="dxa"/>
            <w:vAlign w:val="center"/>
          </w:tcPr>
          <w:p w:rsidR="0082793D" w:rsidRPr="00BD27AC" w:rsidRDefault="0082793D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Phát biểu kết luận</w:t>
            </w:r>
            <w:r w:rsidRPr="00BD27AC">
              <w:rPr>
                <w:rFonts w:ascii="Times New Roman" w:hAnsi="Times New Roman" w:cs="Times New Roman"/>
                <w:sz w:val="26"/>
                <w:szCs w:val="26"/>
              </w:rPr>
              <w:t xml:space="preserve"> Hội nghị</w:t>
            </w:r>
          </w:p>
        </w:tc>
        <w:tc>
          <w:tcPr>
            <w:tcW w:w="3969" w:type="dxa"/>
            <w:vAlign w:val="center"/>
          </w:tcPr>
          <w:p w:rsidR="0082793D" w:rsidRPr="00BD27AC" w:rsidRDefault="0082793D" w:rsidP="006970F3">
            <w:pPr>
              <w:spacing w:before="240" w:after="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27AC">
              <w:rPr>
                <w:rFonts w:ascii="Times New Roman" w:hAnsi="Times New Roman" w:cs="Times New Roman"/>
                <w:sz w:val="26"/>
                <w:szCs w:val="26"/>
              </w:rPr>
              <w:t>Chủ trì Hội nghị</w:t>
            </w:r>
          </w:p>
        </w:tc>
      </w:tr>
    </w:tbl>
    <w:p w:rsidR="0082793D" w:rsidRDefault="0082793D" w:rsidP="005D3B0E">
      <w:pPr>
        <w:spacing w:before="120" w:after="0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82793D" w:rsidSect="00FA4AB3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F7E2827"/>
    <w:multiLevelType w:val="hybridMultilevel"/>
    <w:tmpl w:val="C7442348"/>
    <w:lvl w:ilvl="0" w:tplc="3F48396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2AFF"/>
    <w:rsid w:val="00034616"/>
    <w:rsid w:val="000526F0"/>
    <w:rsid w:val="0006063C"/>
    <w:rsid w:val="00090473"/>
    <w:rsid w:val="000A0F38"/>
    <w:rsid w:val="000D55B0"/>
    <w:rsid w:val="000E69A8"/>
    <w:rsid w:val="00112AFA"/>
    <w:rsid w:val="001243FE"/>
    <w:rsid w:val="001312A9"/>
    <w:rsid w:val="00145C52"/>
    <w:rsid w:val="0015074B"/>
    <w:rsid w:val="00184C87"/>
    <w:rsid w:val="001B75DA"/>
    <w:rsid w:val="001D272D"/>
    <w:rsid w:val="00204302"/>
    <w:rsid w:val="00205FAD"/>
    <w:rsid w:val="00212EBF"/>
    <w:rsid w:val="00224B08"/>
    <w:rsid w:val="00260964"/>
    <w:rsid w:val="00264E2B"/>
    <w:rsid w:val="002906D2"/>
    <w:rsid w:val="00294C74"/>
    <w:rsid w:val="0029639D"/>
    <w:rsid w:val="002A4F0F"/>
    <w:rsid w:val="002E0957"/>
    <w:rsid w:val="002F0DC6"/>
    <w:rsid w:val="00326F90"/>
    <w:rsid w:val="003C58BC"/>
    <w:rsid w:val="0043054D"/>
    <w:rsid w:val="0043420D"/>
    <w:rsid w:val="00435AC5"/>
    <w:rsid w:val="00437C4F"/>
    <w:rsid w:val="00447792"/>
    <w:rsid w:val="004645E2"/>
    <w:rsid w:val="004822A3"/>
    <w:rsid w:val="00493798"/>
    <w:rsid w:val="004968C7"/>
    <w:rsid w:val="00502930"/>
    <w:rsid w:val="0050409D"/>
    <w:rsid w:val="00507D32"/>
    <w:rsid w:val="005237D2"/>
    <w:rsid w:val="005530B0"/>
    <w:rsid w:val="00571222"/>
    <w:rsid w:val="0058091B"/>
    <w:rsid w:val="00595920"/>
    <w:rsid w:val="005C3F86"/>
    <w:rsid w:val="005D1E20"/>
    <w:rsid w:val="005D3B0E"/>
    <w:rsid w:val="005D6D0A"/>
    <w:rsid w:val="005E4F22"/>
    <w:rsid w:val="005E7BB1"/>
    <w:rsid w:val="0066096C"/>
    <w:rsid w:val="0066681D"/>
    <w:rsid w:val="00672AF5"/>
    <w:rsid w:val="006970F3"/>
    <w:rsid w:val="006A42E3"/>
    <w:rsid w:val="0072744D"/>
    <w:rsid w:val="00743462"/>
    <w:rsid w:val="00746563"/>
    <w:rsid w:val="00771ABD"/>
    <w:rsid w:val="00775650"/>
    <w:rsid w:val="007B522C"/>
    <w:rsid w:val="007E6AF3"/>
    <w:rsid w:val="007F50B4"/>
    <w:rsid w:val="00825345"/>
    <w:rsid w:val="0082793D"/>
    <w:rsid w:val="00831B1B"/>
    <w:rsid w:val="008412F8"/>
    <w:rsid w:val="00842225"/>
    <w:rsid w:val="00853C02"/>
    <w:rsid w:val="00876EB9"/>
    <w:rsid w:val="0089397F"/>
    <w:rsid w:val="00896BBD"/>
    <w:rsid w:val="008A26E8"/>
    <w:rsid w:val="008A3ADF"/>
    <w:rsid w:val="008A52F6"/>
    <w:rsid w:val="008C2B5C"/>
    <w:rsid w:val="008C3A37"/>
    <w:rsid w:val="008E2696"/>
    <w:rsid w:val="00931AD2"/>
    <w:rsid w:val="00943ECD"/>
    <w:rsid w:val="00952A53"/>
    <w:rsid w:val="009714B0"/>
    <w:rsid w:val="009A05B8"/>
    <w:rsid w:val="009C496D"/>
    <w:rsid w:val="009D0FBF"/>
    <w:rsid w:val="009E1ACE"/>
    <w:rsid w:val="009E4CAC"/>
    <w:rsid w:val="009F4D6E"/>
    <w:rsid w:val="00A041FC"/>
    <w:rsid w:val="00A15C26"/>
    <w:rsid w:val="00A315B5"/>
    <w:rsid w:val="00A42A4E"/>
    <w:rsid w:val="00A70233"/>
    <w:rsid w:val="00AA1D8D"/>
    <w:rsid w:val="00AB5DE9"/>
    <w:rsid w:val="00AD6D26"/>
    <w:rsid w:val="00B42B61"/>
    <w:rsid w:val="00B45FBF"/>
    <w:rsid w:val="00B47730"/>
    <w:rsid w:val="00B5767B"/>
    <w:rsid w:val="00B64D04"/>
    <w:rsid w:val="00B65993"/>
    <w:rsid w:val="00BA1791"/>
    <w:rsid w:val="00BA452A"/>
    <w:rsid w:val="00BC6BA7"/>
    <w:rsid w:val="00BD27AC"/>
    <w:rsid w:val="00BE01DD"/>
    <w:rsid w:val="00C11390"/>
    <w:rsid w:val="00C51BBD"/>
    <w:rsid w:val="00C77FCB"/>
    <w:rsid w:val="00C8369D"/>
    <w:rsid w:val="00C87F9F"/>
    <w:rsid w:val="00CA7BA7"/>
    <w:rsid w:val="00CB0664"/>
    <w:rsid w:val="00CB110F"/>
    <w:rsid w:val="00CE33F7"/>
    <w:rsid w:val="00CF5BC1"/>
    <w:rsid w:val="00D13A3D"/>
    <w:rsid w:val="00D15B77"/>
    <w:rsid w:val="00D26FFF"/>
    <w:rsid w:val="00D479E3"/>
    <w:rsid w:val="00D53A9E"/>
    <w:rsid w:val="00D638B3"/>
    <w:rsid w:val="00DC5C05"/>
    <w:rsid w:val="00DF7D6B"/>
    <w:rsid w:val="00E07210"/>
    <w:rsid w:val="00E5469F"/>
    <w:rsid w:val="00E56F2C"/>
    <w:rsid w:val="00E6294A"/>
    <w:rsid w:val="00E843DC"/>
    <w:rsid w:val="00E92615"/>
    <w:rsid w:val="00F25A77"/>
    <w:rsid w:val="00F32A66"/>
    <w:rsid w:val="00F35DF4"/>
    <w:rsid w:val="00F637E3"/>
    <w:rsid w:val="00F824BC"/>
    <w:rsid w:val="00FA4AB3"/>
    <w:rsid w:val="00FC693F"/>
    <w:rsid w:val="00FD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71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A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71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A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5A3989-051A-43FC-ACFC-34AF6544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Administrator</cp:lastModifiedBy>
  <cp:revision>22</cp:revision>
  <cp:lastPrinted>2026-07-03T07:31:00Z</cp:lastPrinted>
  <dcterms:created xsi:type="dcterms:W3CDTF">2026-06-05T00:20:00Z</dcterms:created>
  <dcterms:modified xsi:type="dcterms:W3CDTF">2026-07-08T06:18:00Z</dcterms:modified>
</cp:coreProperties>
</file>