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sz w:val="32"/>
        </w:rPr>
        <w:t>LÃNH ĐẠO HỘI ĐỒNG NHÂN DÂN XÃ HƯNG MỸ</w:t>
      </w:r>
    </w:p>
    <w:p>
      <w:pPr>
        <w:jc w:val="center"/>
      </w:pPr>
      <w:r>
        <w:rPr>
          <w:i/>
          <w:sz w:val="24"/>
        </w:rPr>
        <w:t>Xã Hưng Mỹ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STT</w:t>
            </w:r>
          </w:p>
        </w:tc>
        <w:tc>
          <w:tcPr>
            <w:tcW w:type="dxa" w:w="5783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CHỨC DANH</w:t>
            </w:r>
          </w:p>
        </w:tc>
        <w:tc>
          <w:tcPr>
            <w:tcW w:type="dxa" w:w="2835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HỌ VÀ TÊN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Bí thư Đảng ủy, Chủ tịch HĐND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Ngô Minh Quyền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2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Chủ tịch HĐND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Đặng Văn Trạng</w:t>
            </w:r>
          </w:p>
        </w:tc>
      </w:tr>
    </w:tbl>
    <w:p/>
    <w:p>
      <w:r>
        <w:rPr>
          <w:i/>
          <w:sz w:val="21"/>
        </w:rPr>
        <w:t>Ghi chú: Danh sách được lập theo thông tin chức danh, lãnh đạo xã Hưng Mỹ đã cung cấp.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