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4A0" w:firstRow="1" w:lastRow="0" w:firstColumn="1" w:lastColumn="0" w:noHBand="0" w:noVBand="1"/>
      </w:tblPr>
      <w:tblGrid>
        <w:gridCol w:w="3937"/>
        <w:gridCol w:w="5684"/>
      </w:tblGrid>
      <w:tr w:rsidR="004B63FB" w14:paraId="796E272F" w14:textId="77777777" w:rsidTr="000C2A33">
        <w:trPr>
          <w:trHeight w:val="841"/>
          <w:jc w:val="center"/>
        </w:trPr>
        <w:tc>
          <w:tcPr>
            <w:tcW w:w="2046" w:type="pct"/>
          </w:tcPr>
          <w:p w14:paraId="67C30F2A" w14:textId="0FBC9F5D" w:rsidR="004B63FB" w:rsidRDefault="00A430B0" w:rsidP="00A430B0">
            <w:pPr>
              <w:spacing w:after="0" w:line="240" w:lineRule="auto"/>
              <w:jc w:val="center"/>
            </w:pPr>
            <w:r>
              <w:rPr>
                <w:b/>
                <w:noProof/>
              </w:rPr>
              <mc:AlternateContent>
                <mc:Choice Requires="wps">
                  <w:drawing>
                    <wp:anchor distT="0" distB="0" distL="114300" distR="114300" simplePos="0" relativeHeight="251659264" behindDoc="0" locked="0" layoutInCell="1" allowOverlap="1" wp14:anchorId="523A637D" wp14:editId="1C9672D1">
                      <wp:simplePos x="0" y="0"/>
                      <wp:positionH relativeFrom="margin">
                        <wp:posOffset>858520</wp:posOffset>
                      </wp:positionH>
                      <wp:positionV relativeFrom="paragraph">
                        <wp:posOffset>415206</wp:posOffset>
                      </wp:positionV>
                      <wp:extent cx="646648" cy="0"/>
                      <wp:effectExtent l="0" t="0" r="0" b="0"/>
                      <wp:wrapNone/>
                      <wp:docPr id="1" name="Đường nối Thẳng 1"/>
                      <wp:cNvGraphicFramePr/>
                      <a:graphic xmlns:a="http://schemas.openxmlformats.org/drawingml/2006/main">
                        <a:graphicData uri="http://schemas.microsoft.com/office/word/2010/wordprocessingShape">
                          <wps:wsp>
                            <wps:cNvCnPr/>
                            <wps:spPr>
                              <a:xfrm>
                                <a:off x="0" y="0"/>
                                <a:ext cx="64664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15562E4" id="Đường nối Thẳng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67.6pt,32.7pt" to="118.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" strokecolor="black [3200]" strokeweight="1pt">
                      <w10:wrap anchorx="margin"/>
                    </v:line>
                  </w:pict>
                </mc:Fallback>
              </mc:AlternateContent>
            </w:r>
            <w:r>
              <w:rPr>
                <w:b/>
              </w:rPr>
              <w:t>UBND PHƯỜNG LÝ VĂN LÂM</w:t>
            </w:r>
            <w:r>
              <w:rPr>
                <w:b/>
              </w:rPr>
              <w:br/>
            </w:r>
            <w:r w:rsidRPr="00A430B0">
              <w:rPr>
                <w:b/>
                <w:sz w:val="28"/>
                <w:szCs w:val="24"/>
              </w:rPr>
              <w:t>TỔ SOẠN THẢO QUY CHẾ</w:t>
            </w:r>
          </w:p>
        </w:tc>
        <w:tc>
          <w:tcPr>
            <w:tcW w:w="2954" w:type="pct"/>
          </w:tcPr>
          <w:p w14:paraId="4129BE16" w14:textId="7FFE609A" w:rsidR="004B63FB" w:rsidRDefault="00A430B0" w:rsidP="00A430B0">
            <w:pPr>
              <w:spacing w:after="0" w:line="240" w:lineRule="auto"/>
              <w:jc w:val="center"/>
            </w:pPr>
            <w:r>
              <w:rPr>
                <w:b/>
                <w:noProof/>
              </w:rPr>
              <mc:AlternateContent>
                <mc:Choice Requires="wps">
                  <w:drawing>
                    <wp:anchor distT="0" distB="0" distL="114300" distR="114300" simplePos="0" relativeHeight="251660288" behindDoc="0" locked="0" layoutInCell="1" allowOverlap="1" wp14:anchorId="5CCCF293" wp14:editId="1D3427B3">
                      <wp:simplePos x="0" y="0"/>
                      <wp:positionH relativeFrom="margin">
                        <wp:posOffset>640080</wp:posOffset>
                      </wp:positionH>
                      <wp:positionV relativeFrom="paragraph">
                        <wp:posOffset>414683</wp:posOffset>
                      </wp:positionV>
                      <wp:extent cx="2192539" cy="0"/>
                      <wp:effectExtent l="0" t="0" r="0" b="0"/>
                      <wp:wrapNone/>
                      <wp:docPr id="2" name="Đường nối Thẳng 2"/>
                      <wp:cNvGraphicFramePr/>
                      <a:graphic xmlns:a="http://schemas.openxmlformats.org/drawingml/2006/main">
                        <a:graphicData uri="http://schemas.microsoft.com/office/word/2010/wordprocessingShape">
                          <wps:wsp>
                            <wps:cNvCnPr/>
                            <wps:spPr>
                              <a:xfrm>
                                <a:off x="0" y="0"/>
                                <a:ext cx="2192539"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11BF7C0" id="Đường nối Thẳng 2"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50.4pt,32.65pt" to="223.0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" strokecolor="black [3200]" strokeweight="1pt">
                      <w10:wrap anchorx="margin"/>
                    </v:line>
                  </w:pict>
                </mc:Fallback>
              </mc:AlternateContent>
            </w:r>
            <w:r>
              <w:rPr>
                <w:b/>
              </w:rPr>
              <w:t>CỘNG HÒA XÃ HỘI CHỦ NGHĨA VIỆT NAM</w:t>
            </w:r>
            <w:r>
              <w:rPr>
                <w:b/>
              </w:rPr>
              <w:br/>
            </w:r>
            <w:r w:rsidRPr="00A430B0">
              <w:rPr>
                <w:b/>
                <w:bCs/>
                <w:sz w:val="28"/>
                <w:szCs w:val="24"/>
              </w:rPr>
              <w:t>Độc lập - Tự do - Hạnh phúc</w:t>
            </w:r>
          </w:p>
        </w:tc>
      </w:tr>
      <w:tr w:rsidR="00A430B0" w14:paraId="24B8397C" w14:textId="77777777" w:rsidTr="000C2A33">
        <w:trPr>
          <w:jc w:val="center"/>
        </w:trPr>
        <w:tc>
          <w:tcPr>
            <w:tcW w:w="2046" w:type="pct"/>
          </w:tcPr>
          <w:p w14:paraId="4194736C" w14:textId="77777777" w:rsidR="00A430B0" w:rsidRDefault="00A430B0" w:rsidP="00A430B0">
            <w:pPr>
              <w:spacing w:after="0" w:line="240" w:lineRule="auto"/>
              <w:jc w:val="center"/>
              <w:rPr>
                <w:b/>
              </w:rPr>
            </w:pPr>
          </w:p>
        </w:tc>
        <w:tc>
          <w:tcPr>
            <w:tcW w:w="2954" w:type="pct"/>
          </w:tcPr>
          <w:p w14:paraId="771CBE2A" w14:textId="4954BD78" w:rsidR="00A430B0" w:rsidRDefault="00A430B0" w:rsidP="00A430B0">
            <w:pPr>
              <w:spacing w:after="0" w:line="240" w:lineRule="auto"/>
              <w:jc w:val="center"/>
              <w:rPr>
                <w:b/>
              </w:rPr>
            </w:pPr>
            <w:r>
              <w:rPr>
                <w:i/>
              </w:rPr>
              <w:t>Phường Lý Văn Lâm, ngày……tháng 10 năm 2026</w:t>
            </w:r>
          </w:p>
        </w:tc>
      </w:tr>
    </w:tbl>
    <w:p w14:paraId="5236411B" w14:textId="77777777" w:rsidR="00A430B0" w:rsidRDefault="00A430B0" w:rsidP="00A430B0">
      <w:pPr>
        <w:jc w:val="right"/>
        <w:rPr>
          <w:i/>
        </w:rPr>
      </w:pPr>
    </w:p>
    <w:p w14:paraId="2B8E92E4" w14:textId="33EACFE5" w:rsidR="004B63FB" w:rsidRDefault="00000000" w:rsidP="000C2A33">
      <w:pPr>
        <w:spacing w:after="0" w:line="240" w:lineRule="auto"/>
        <w:jc w:val="center"/>
      </w:pPr>
      <w:r w:rsidRPr="00A430B0">
        <w:rPr>
          <w:b/>
          <w:sz w:val="28"/>
          <w:szCs w:val="20"/>
        </w:rPr>
        <w:t>PHIẾU LẤY Ý KIẾN NHÂN DÂN</w:t>
      </w:r>
      <w:r>
        <w:rPr>
          <w:b/>
          <w:sz w:val="30"/>
        </w:rPr>
        <w:br/>
      </w:r>
      <w:r w:rsidRPr="00A430B0">
        <w:rPr>
          <w:b/>
          <w:sz w:val="28"/>
          <w:szCs w:val="24"/>
        </w:rPr>
        <w:t>Về dự thảo Quy chế thực hiện dân chủ ở cơ sở phường Lý Văn Lâm</w:t>
      </w:r>
    </w:p>
    <w:p w14:paraId="220FC55E" w14:textId="1D6ED9D4" w:rsidR="000C2A33" w:rsidRDefault="000C2A33" w:rsidP="000C2A33">
      <w:pPr>
        <w:spacing w:before="120" w:after="0" w:line="240" w:lineRule="auto"/>
        <w:ind w:firstLine="720"/>
        <w:jc w:val="both"/>
        <w:rPr>
          <w:b/>
        </w:rPr>
      </w:pPr>
      <w:r>
        <w:rPr>
          <w:b/>
          <w:noProof/>
        </w:rPr>
        <mc:AlternateContent>
          <mc:Choice Requires="wps">
            <w:drawing>
              <wp:anchor distT="0" distB="0" distL="114300" distR="114300" simplePos="0" relativeHeight="251661312" behindDoc="0" locked="0" layoutInCell="1" allowOverlap="1" wp14:anchorId="2B5DD12F" wp14:editId="5835547B">
                <wp:simplePos x="0" y="0"/>
                <wp:positionH relativeFrom="margin">
                  <wp:posOffset>2272030</wp:posOffset>
                </wp:positionH>
                <wp:positionV relativeFrom="paragraph">
                  <wp:posOffset>14786</wp:posOffset>
                </wp:positionV>
                <wp:extent cx="1393190" cy="0"/>
                <wp:effectExtent l="0" t="0" r="0" b="0"/>
                <wp:wrapNone/>
                <wp:docPr id="3" name="Đường nối Thẳng 3"/>
                <wp:cNvGraphicFramePr/>
                <a:graphic xmlns:a="http://schemas.openxmlformats.org/drawingml/2006/main">
                  <a:graphicData uri="http://schemas.microsoft.com/office/word/2010/wordprocessingShape">
                    <wps:wsp>
                      <wps:cNvCnPr/>
                      <wps:spPr>
                        <a:xfrm>
                          <a:off x="0" y="0"/>
                          <a:ext cx="139319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9C465EB" id="Đường nối Thẳng 3"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78.9pt,1.15pt" to="288.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" strokecolor="black [3200]" strokeweight="1pt">
                <w10:wrap anchorx="margin"/>
              </v:line>
            </w:pict>
          </mc:Fallback>
        </mc:AlternateContent>
      </w:r>
    </w:p>
    <w:p w14:paraId="4BE5C831" w14:textId="7FE8B4D9" w:rsidR="000C2A33" w:rsidRDefault="00000000" w:rsidP="000C2A33">
      <w:pPr>
        <w:spacing w:before="120" w:after="0" w:line="240" w:lineRule="auto"/>
        <w:ind w:firstLine="720"/>
        <w:jc w:val="both"/>
      </w:pPr>
      <w:r>
        <w:rPr>
          <w:b/>
        </w:rPr>
        <w:br/>
      </w:r>
      <w:r w:rsidR="00CF0CF9">
        <w:rPr>
          <w:b/>
        </w:rPr>
        <w:tab/>
      </w:r>
      <w:r>
        <w:rPr>
          <w:b/>
        </w:rPr>
        <w:t xml:space="preserve">Kính gửi: </w:t>
      </w:r>
      <w:r>
        <w:t>Ông/Bà (Đại diện hộ gia đình):</w:t>
      </w:r>
      <w:r w:rsidR="000C2A33">
        <w:t>…………………………………………..</w:t>
      </w:r>
    </w:p>
    <w:p w14:paraId="17A61231" w14:textId="360E85C1" w:rsidR="004B63FB" w:rsidRDefault="00000000" w:rsidP="000C2A33">
      <w:pPr>
        <w:tabs>
          <w:tab w:val="left" w:pos="9356"/>
        </w:tabs>
        <w:spacing w:before="120" w:after="0" w:line="240" w:lineRule="auto"/>
        <w:ind w:firstLine="720"/>
        <w:jc w:val="both"/>
      </w:pPr>
      <w:r>
        <w:rPr>
          <w:b/>
        </w:rPr>
        <w:t>Thuộc Khóm:</w:t>
      </w:r>
      <w:r w:rsidRPr="000C2A33">
        <w:rPr>
          <w:bCs/>
        </w:rPr>
        <w:t xml:space="preserve"> </w:t>
      </w:r>
      <w:r w:rsidR="000C2A33" w:rsidRPr="000C2A33">
        <w:rPr>
          <w:bCs/>
        </w:rPr>
        <w:t>………………………………………………………………………</w:t>
      </w:r>
      <w:r w:rsidR="00A430B0">
        <w:tab/>
      </w:r>
    </w:p>
    <w:p w14:paraId="5914A1B7" w14:textId="70B7AFA6" w:rsidR="004B63FB" w:rsidRDefault="00000000" w:rsidP="000C2A33">
      <w:pPr>
        <w:spacing w:before="120" w:after="0" w:line="240" w:lineRule="auto"/>
        <w:ind w:firstLine="720"/>
        <w:jc w:val="both"/>
      </w:pPr>
      <w:r>
        <w:t>Để bảo đảm quyền làm chủ của Nhân dân và hoàn thiện dự thảo</w:t>
      </w:r>
      <w:r w:rsidR="000C2A33">
        <w:t xml:space="preserve"> </w:t>
      </w:r>
      <w:r>
        <w:t>Quy chế thực</w:t>
      </w:r>
      <w:r w:rsidR="000C2A33">
        <w:t xml:space="preserve"> </w:t>
      </w:r>
      <w:r>
        <w:t>hiện dân chủ ở cơ sở tại phường Lý Văn Lâm</w:t>
      </w:r>
      <w:r w:rsidR="000C2A33">
        <w:t xml:space="preserve"> </w:t>
      </w:r>
      <w:r>
        <w:t xml:space="preserve">trước khi ban hành chính thức, </w:t>
      </w:r>
      <w:r w:rsidR="000C2A33">
        <w:t xml:space="preserve">Tổ </w:t>
      </w:r>
      <w:r>
        <w:t>soạn thảo rất mong nhận được ý kiến đóng góp của Ông/Bà</w:t>
      </w:r>
      <w:r w:rsidR="000C2A33">
        <w:t xml:space="preserve"> (Đại diện hộ gia đinh) </w:t>
      </w:r>
      <w:r>
        <w:t>vào các nội dung trọng tâm sau:</w:t>
      </w:r>
    </w:p>
    <w:p w14:paraId="078CC100" w14:textId="5E252407" w:rsidR="004B63FB" w:rsidRDefault="00A06C40" w:rsidP="000C2A33">
      <w:pPr>
        <w:spacing w:before="120" w:after="0" w:line="240" w:lineRule="auto"/>
        <w:ind w:firstLine="720"/>
        <w:jc w:val="both"/>
      </w:pPr>
      <w:r>
        <w:rPr>
          <w:b/>
        </w:rPr>
        <w:t>I. Ý KIẾN ĐÓNG GÓP CỤ THỂ:</w:t>
      </w:r>
    </w:p>
    <w:p w14:paraId="3DD4D678" w14:textId="44828495" w:rsidR="004B63FB" w:rsidRDefault="00000000" w:rsidP="000C2A33">
      <w:pPr>
        <w:spacing w:before="120" w:after="0" w:line="240" w:lineRule="auto"/>
        <w:ind w:firstLine="720"/>
        <w:jc w:val="both"/>
      </w:pPr>
      <w:r>
        <w:rPr>
          <w:b/>
        </w:rPr>
        <w:t>1. Về các hình thức và thời gian UBND phường phải công khai thông tin để dân biết (Ví dụ: Niêm yết tại trụ sở, nhà văn hóa khóm, thông báo qua loa truyền thanh, nhóm Zalo cộng đồng khóm...)</w:t>
      </w:r>
    </w:p>
    <w:p w14:paraId="29349FA6" w14:textId="4F6172F6" w:rsidR="004B63FB" w:rsidRDefault="00A06C40" w:rsidP="000C2A33">
      <w:pPr>
        <w:spacing w:before="120" w:after="0" w:line="240" w:lineRule="auto"/>
        <w:ind w:left="720" w:firstLine="720"/>
        <w:jc w:val="both"/>
      </w:pPr>
      <w:r>
        <w:sym w:font="Webdings" w:char="F063"/>
      </w:r>
      <w:r>
        <w:t xml:space="preserve"> Đồng ý với dự thảo</w:t>
      </w:r>
    </w:p>
    <w:p w14:paraId="62DD65EA" w14:textId="57C0A147" w:rsidR="004B63FB" w:rsidRDefault="00A06C40" w:rsidP="000C2A33">
      <w:pPr>
        <w:spacing w:before="120" w:after="0" w:line="240" w:lineRule="auto"/>
        <w:ind w:left="720" w:firstLine="720"/>
        <w:jc w:val="both"/>
      </w:pPr>
      <w:r>
        <w:sym w:font="Webdings" w:char="F063"/>
      </w:r>
      <w:r>
        <w:t xml:space="preserve"> Không đồng ý</w:t>
      </w:r>
    </w:p>
    <w:p w14:paraId="2B4C9232" w14:textId="61BEAC36" w:rsidR="000C2A33" w:rsidRDefault="00A06C40" w:rsidP="000C2A33">
      <w:pPr>
        <w:spacing w:before="120" w:after="0" w:line="240" w:lineRule="auto"/>
        <w:ind w:left="720" w:firstLine="720"/>
        <w:jc w:val="both"/>
      </w:pPr>
      <w:r>
        <w:sym w:font="Webdings" w:char="F063"/>
      </w:r>
      <w:r>
        <w:t xml:space="preserve"> Ý kiến khác hoặc bổ sun</w:t>
      </w:r>
      <w:r w:rsidR="00A430B0">
        <w:t>g:</w:t>
      </w:r>
      <w:r w:rsidR="000C2A33">
        <w:t>………………………………………………..</w:t>
      </w:r>
    </w:p>
    <w:p w14:paraId="6938E4BF" w14:textId="54D56FE3" w:rsidR="000C2A33" w:rsidRDefault="000C2A33" w:rsidP="000C2A33">
      <w:pPr>
        <w:spacing w:before="120" w:after="0" w:line="240" w:lineRule="auto"/>
        <w:ind w:hanging="11"/>
        <w:jc w:val="both"/>
      </w:pPr>
      <w:r>
        <w:t>………………………………………………………………………………………………</w:t>
      </w:r>
    </w:p>
    <w:p w14:paraId="711B7DAD" w14:textId="4FD53D56" w:rsidR="000C2A33" w:rsidRDefault="000C2A33" w:rsidP="000C2A33">
      <w:pPr>
        <w:spacing w:before="120" w:after="0" w:line="240" w:lineRule="auto"/>
        <w:ind w:hanging="11"/>
        <w:jc w:val="both"/>
      </w:pPr>
      <w:r>
        <w:t>………………………………………………………………………………………………</w:t>
      </w:r>
    </w:p>
    <w:p w14:paraId="0976E5D3" w14:textId="2CDD6543" w:rsidR="004B63FB" w:rsidRDefault="00000000" w:rsidP="000C2A33">
      <w:pPr>
        <w:spacing w:before="120" w:after="0" w:line="240" w:lineRule="auto"/>
        <w:ind w:firstLine="720"/>
        <w:jc w:val="both"/>
      </w:pPr>
      <w:r>
        <w:rPr>
          <w:b/>
        </w:rPr>
        <w:t>2. Về các nội dung Nhân dân bàn, quyết định trực tiếp và biểu quyết công khai (Ví dụ: Mức đóng góp tự nguyện xây dựng hạ tầng đô thị, nâng cấp lộ giao thông khóm, hệ thống thoát nước, đèn đường chiếu sáng tự quản...)</w:t>
      </w:r>
    </w:p>
    <w:p w14:paraId="315B7677" w14:textId="2226EB98" w:rsidR="004B63FB" w:rsidRDefault="00A06C40" w:rsidP="000C2A33">
      <w:pPr>
        <w:spacing w:before="120" w:after="0" w:line="240" w:lineRule="auto"/>
        <w:ind w:left="720" w:firstLine="720"/>
        <w:jc w:val="both"/>
      </w:pPr>
      <w:r>
        <w:sym w:font="Webdings" w:char="F063"/>
      </w:r>
      <w:r>
        <w:t xml:space="preserve"> Đồng ý với dự thảo</w:t>
      </w:r>
    </w:p>
    <w:p w14:paraId="1CDC9085" w14:textId="02772A91" w:rsidR="004B63FB" w:rsidRDefault="00A06C40" w:rsidP="000C2A33">
      <w:pPr>
        <w:spacing w:before="120" w:after="0" w:line="240" w:lineRule="auto"/>
        <w:ind w:left="720" w:firstLine="720"/>
        <w:jc w:val="both"/>
      </w:pPr>
      <w:r>
        <w:sym w:font="Webdings" w:char="F063"/>
      </w:r>
      <w:r>
        <w:t xml:space="preserve"> Không đồng ý</w:t>
      </w:r>
    </w:p>
    <w:p w14:paraId="7E7E0567" w14:textId="77777777" w:rsidR="000C2A33" w:rsidRDefault="00A06C40" w:rsidP="000C2A33">
      <w:pPr>
        <w:spacing w:before="120" w:after="0" w:line="240" w:lineRule="auto"/>
        <w:ind w:left="720" w:firstLine="720"/>
        <w:jc w:val="both"/>
      </w:pPr>
      <w:r>
        <w:sym w:font="Webdings" w:char="F063"/>
      </w:r>
      <w:r>
        <w:t xml:space="preserve"> Ý kiến khác hoặc bổ sung:</w:t>
      </w:r>
      <w:r w:rsidR="000C2A33">
        <w:t>………………………………………………..</w:t>
      </w:r>
    </w:p>
    <w:p w14:paraId="20D3807A" w14:textId="77777777" w:rsidR="000C2A33" w:rsidRDefault="000C2A33" w:rsidP="000C2A33">
      <w:pPr>
        <w:spacing w:before="120" w:after="0" w:line="240" w:lineRule="auto"/>
        <w:jc w:val="both"/>
      </w:pPr>
      <w:r>
        <w:t>……………………………………………………………………………………………...</w:t>
      </w:r>
    </w:p>
    <w:p w14:paraId="26441C8B" w14:textId="1D08C3EA" w:rsidR="00A430B0" w:rsidRDefault="000C2A33" w:rsidP="000C2A33">
      <w:pPr>
        <w:spacing w:before="120" w:after="0" w:line="240" w:lineRule="auto"/>
        <w:jc w:val="both"/>
      </w:pPr>
      <w:r>
        <w:t>……………………………………………………………………………………………...</w:t>
      </w:r>
      <w:r w:rsidR="00A430B0">
        <w:tab/>
      </w:r>
    </w:p>
    <w:p w14:paraId="3E3AA0FA" w14:textId="2EEF4957" w:rsidR="004B63FB" w:rsidRDefault="00000000" w:rsidP="000C2A33">
      <w:pPr>
        <w:spacing w:before="120" w:after="0" w:line="240" w:lineRule="auto"/>
        <w:ind w:firstLine="720"/>
        <w:jc w:val="both"/>
      </w:pPr>
      <w:r>
        <w:rPr>
          <w:b/>
        </w:rPr>
        <w:t>3. Về việc phát huy vai trò giám sát của Nhân dân thông qua Ban Thanh tra nhân dân và Ban Giám sát đầu tư của cộng đồng đối với các công trình công cộng trên địa bàn phường</w:t>
      </w:r>
    </w:p>
    <w:p w14:paraId="6A3E7647" w14:textId="1755CE5C" w:rsidR="004B63FB" w:rsidRDefault="00A06C40" w:rsidP="000C2A33">
      <w:pPr>
        <w:spacing w:before="120" w:after="0" w:line="240" w:lineRule="auto"/>
        <w:ind w:left="720" w:firstLine="720"/>
        <w:jc w:val="both"/>
      </w:pPr>
      <w:r>
        <w:sym w:font="Webdings" w:char="F063"/>
      </w:r>
      <w:r>
        <w:t xml:space="preserve"> Đồng ý với dự thảo</w:t>
      </w:r>
    </w:p>
    <w:p w14:paraId="794C6B5D" w14:textId="0E3FC969" w:rsidR="004B63FB" w:rsidRDefault="00A06C40" w:rsidP="000C2A33">
      <w:pPr>
        <w:spacing w:before="120" w:after="0" w:line="240" w:lineRule="auto"/>
        <w:ind w:left="720" w:firstLine="720"/>
        <w:jc w:val="both"/>
      </w:pPr>
      <w:r>
        <w:lastRenderedPageBreak/>
        <w:sym w:font="Webdings" w:char="F063"/>
      </w:r>
      <w:r>
        <w:t xml:space="preserve"> Không đồng ý</w:t>
      </w:r>
    </w:p>
    <w:p w14:paraId="1B1A5F92" w14:textId="6A5F06EB" w:rsidR="00A430B0" w:rsidRDefault="00A06C40" w:rsidP="000C2A33">
      <w:pPr>
        <w:spacing w:before="120" w:after="0" w:line="240" w:lineRule="auto"/>
        <w:ind w:left="720" w:firstLine="720"/>
        <w:jc w:val="both"/>
      </w:pPr>
      <w:r>
        <w:sym w:font="Webdings" w:char="F063"/>
      </w:r>
      <w:r>
        <w:t xml:space="preserve"> Ý kiến khác hoặc bổ sung:</w:t>
      </w:r>
      <w:r w:rsidR="000C2A33">
        <w:t>………………………………………………..</w:t>
      </w:r>
    </w:p>
    <w:p w14:paraId="49399151" w14:textId="4E6D5246" w:rsidR="000C2A33" w:rsidRDefault="000C2A33" w:rsidP="000C2A33">
      <w:pPr>
        <w:spacing w:before="120" w:after="0" w:line="240" w:lineRule="auto"/>
        <w:jc w:val="both"/>
      </w:pPr>
      <w:r>
        <w:t>………………………………………………………………………………………………</w:t>
      </w:r>
    </w:p>
    <w:p w14:paraId="63E062F3" w14:textId="3CA4FDB8" w:rsidR="000C2A33" w:rsidRDefault="000C2A33" w:rsidP="000C2A33">
      <w:pPr>
        <w:spacing w:before="120" w:after="0" w:line="240" w:lineRule="auto"/>
        <w:jc w:val="both"/>
      </w:pPr>
      <w:r>
        <w:t>………………………………………………………………………………………………</w:t>
      </w:r>
    </w:p>
    <w:p w14:paraId="33AA2086" w14:textId="77777777" w:rsidR="00CF0CF9" w:rsidRDefault="00000000" w:rsidP="000C2A33">
      <w:pPr>
        <w:spacing w:before="120" w:after="0" w:line="240" w:lineRule="auto"/>
        <w:ind w:firstLine="720"/>
        <w:jc w:val="both"/>
        <w:rPr>
          <w:b/>
        </w:rPr>
      </w:pPr>
      <w:r>
        <w:rPr>
          <w:b/>
        </w:rPr>
        <w:t>4. Ý kiến đóng góp khác nhằm xây dựng đời sống văn minh đô thị, an ninh trật tự tại địa phương (hoặc đề xuất sửa đổi cụ thể cho các chương, điều khác trong dự thảo):</w:t>
      </w:r>
    </w:p>
    <w:p w14:paraId="24D672EB" w14:textId="6A78B612" w:rsidR="000C2A33" w:rsidRDefault="000C2A33" w:rsidP="000C2A33">
      <w:pPr>
        <w:spacing w:before="120" w:after="0" w:line="240" w:lineRule="auto"/>
        <w:jc w:val="both"/>
        <w:rPr>
          <w:bCs/>
        </w:rPr>
      </w:pPr>
      <w:r w:rsidRPr="000C2A33">
        <w:rPr>
          <w:bCs/>
        </w:rPr>
        <w:t>.…………………………………</w:t>
      </w:r>
      <w:r>
        <w:rPr>
          <w:bCs/>
        </w:rPr>
        <w:t>…………………………………………………………...</w:t>
      </w:r>
    </w:p>
    <w:p w14:paraId="23F64DD4" w14:textId="5FDE16C8" w:rsidR="000C2A33" w:rsidRDefault="000C2A33" w:rsidP="000C2A33">
      <w:pPr>
        <w:spacing w:before="120" w:after="0" w:line="240" w:lineRule="auto"/>
        <w:jc w:val="both"/>
        <w:rPr>
          <w:bCs/>
        </w:rPr>
      </w:pPr>
      <w:r>
        <w:rPr>
          <w:bCs/>
        </w:rPr>
        <w:t>………………………………………………………………………………………………</w:t>
      </w:r>
    </w:p>
    <w:p w14:paraId="7F3FF2B6" w14:textId="06B94034" w:rsidR="000C2A33" w:rsidRDefault="000C2A33" w:rsidP="000C2A33">
      <w:pPr>
        <w:spacing w:before="120" w:after="0" w:line="240" w:lineRule="auto"/>
        <w:jc w:val="both"/>
        <w:rPr>
          <w:bCs/>
        </w:rPr>
      </w:pPr>
      <w:r>
        <w:rPr>
          <w:bCs/>
        </w:rPr>
        <w:t>………………………………………………………………………………………………</w:t>
      </w:r>
    </w:p>
    <w:p w14:paraId="474A5573" w14:textId="4CF9287E" w:rsidR="000C2A33" w:rsidRPr="000C2A33" w:rsidRDefault="000C2A33" w:rsidP="000C2A33">
      <w:pPr>
        <w:spacing w:before="120" w:after="0" w:line="240" w:lineRule="auto"/>
        <w:jc w:val="both"/>
        <w:rPr>
          <w:bCs/>
        </w:rPr>
      </w:pPr>
      <w:r>
        <w:rPr>
          <w:bCs/>
        </w:rPr>
        <w:t>………………………………………………………………………………………………</w:t>
      </w:r>
    </w:p>
    <w:p w14:paraId="29BCADD1" w14:textId="77777777" w:rsidR="000C2A33" w:rsidRDefault="00CF0CF9" w:rsidP="000C2A33">
      <w:pPr>
        <w:spacing w:before="120" w:after="0" w:line="240" w:lineRule="auto"/>
        <w:ind w:firstLine="720"/>
        <w:jc w:val="both"/>
      </w:pPr>
      <w:r w:rsidRPr="00CF0CF9">
        <w:rPr>
          <w:b/>
        </w:rPr>
        <w:t>II. THỜI GIAN</w:t>
      </w:r>
      <w:r>
        <w:rPr>
          <w:b/>
        </w:rPr>
        <w:t xml:space="preserve"> KẾT THÚC</w:t>
      </w:r>
      <w:r w:rsidR="000C2A33">
        <w:rPr>
          <w:b/>
        </w:rPr>
        <w:t xml:space="preserve"> LẤY Ý KIẾN</w:t>
      </w:r>
      <w:r>
        <w:rPr>
          <w:b/>
        </w:rPr>
        <w:t xml:space="preserve"> </w:t>
      </w:r>
      <w:r w:rsidRPr="00CF0CF9">
        <w:rPr>
          <w:b/>
        </w:rPr>
        <w:t>VÀ ĐỊA ĐIỂM NỘP PHIẾU</w:t>
      </w:r>
      <w:r w:rsidR="00A430B0" w:rsidRPr="00CF0CF9">
        <w:rPr>
          <w:b/>
        </w:rPr>
        <w:tab/>
      </w:r>
      <w:r>
        <w:rPr>
          <w:b/>
        </w:rPr>
        <w:br/>
      </w:r>
      <w:r w:rsidR="00A06C40">
        <w:rPr>
          <w:b/>
        </w:rPr>
        <w:tab/>
      </w:r>
      <w:r>
        <w:rPr>
          <w:b/>
        </w:rPr>
        <w:t xml:space="preserve">1. Hạn cuối nộp phiếu: </w:t>
      </w:r>
      <w:r>
        <w:t>Trước ngày</w:t>
      </w:r>
      <w:r w:rsidR="00A430B0">
        <w:t xml:space="preserve"> 20</w:t>
      </w:r>
      <w:r>
        <w:t>/</w:t>
      </w:r>
      <w:r w:rsidR="00A430B0">
        <w:t>10</w:t>
      </w:r>
      <w:r>
        <w:t>/2026</w:t>
      </w:r>
      <w:r w:rsidR="000C2A33">
        <w:t xml:space="preserve"> (Thứ Hai)</w:t>
      </w:r>
    </w:p>
    <w:p w14:paraId="4F963ABE" w14:textId="07FA55DD" w:rsidR="000C2A33" w:rsidRDefault="00CF0CF9" w:rsidP="000C2A33">
      <w:pPr>
        <w:spacing w:before="120" w:after="0" w:line="240" w:lineRule="auto"/>
        <w:ind w:firstLine="720"/>
        <w:jc w:val="both"/>
      </w:pPr>
      <w:r>
        <w:rPr>
          <w:b/>
        </w:rPr>
        <w:t>2. Nơi nhận lại phiếu:</w:t>
      </w:r>
      <w:r w:rsidR="000C2A33">
        <w:rPr>
          <w:b/>
        </w:rPr>
        <w:t xml:space="preserve"> </w:t>
      </w:r>
      <w:r>
        <w:t>Ông/Bà Trưởng khóm hoặc bỏ vào Hòm thư góp ý đặt tại Nhà văn hóa khóm.</w:t>
      </w:r>
    </w:p>
    <w:p w14:paraId="45B9F798" w14:textId="0D429D39" w:rsidR="004B63FB" w:rsidRPr="00CF0CF9" w:rsidRDefault="00A06C40" w:rsidP="000C2A33">
      <w:pPr>
        <w:spacing w:before="120" w:after="0" w:line="240" w:lineRule="auto"/>
        <w:ind w:firstLine="720"/>
        <w:jc w:val="both"/>
        <w:rPr>
          <w:bCs/>
        </w:rPr>
      </w:pPr>
      <w:r>
        <w:rPr>
          <w:i/>
        </w:rPr>
        <w:t>Tổ soạn thảo trân trọng cảm ơn sự đóng góp của Ông/Bà!</w:t>
      </w:r>
    </w:p>
    <w:tbl>
      <w:tblPr>
        <w:tblW w:w="0" w:type="auto"/>
        <w:jc w:val="center"/>
        <w:tblLook w:val="04A0" w:firstRow="1" w:lastRow="0" w:firstColumn="1" w:lastColumn="0" w:noHBand="0" w:noVBand="1"/>
      </w:tblPr>
      <w:tblGrid>
        <w:gridCol w:w="4680"/>
        <w:gridCol w:w="4680"/>
      </w:tblGrid>
      <w:tr w:rsidR="004B63FB" w14:paraId="39EF29F4" w14:textId="77777777">
        <w:trPr>
          <w:jc w:val="center"/>
        </w:trPr>
        <w:tc>
          <w:tcPr>
            <w:tcW w:w="4680" w:type="dxa"/>
          </w:tcPr>
          <w:p w14:paraId="0A5C6414" w14:textId="1E57F4CE" w:rsidR="004B63FB" w:rsidRDefault="00270BAD">
            <w:r w:rsidRPr="00270BAD">
              <w:rPr>
                <w:rFonts w:cs="Times New Roman"/>
                <w:noProof/>
                <w:sz w:val="28"/>
                <w:szCs w:val="28"/>
              </w:rPr>
              <w:drawing>
                <wp:anchor distT="0" distB="0" distL="114300" distR="114300" simplePos="0" relativeHeight="251657216" behindDoc="0" locked="0" layoutInCell="1" allowOverlap="1" wp14:anchorId="241EF2D9" wp14:editId="45657F14">
                  <wp:simplePos x="0" y="0"/>
                  <wp:positionH relativeFrom="column">
                    <wp:posOffset>173091</wp:posOffset>
                  </wp:positionH>
                  <wp:positionV relativeFrom="paragraph">
                    <wp:posOffset>415290</wp:posOffset>
                  </wp:positionV>
                  <wp:extent cx="1124968" cy="1118620"/>
                  <wp:effectExtent l="0" t="0" r="0" b="5715"/>
                  <wp:wrapNone/>
                  <wp:docPr id="4"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124968" cy="1118620"/>
                          </a:xfrm>
                          <a:prstGeom prst="rect">
                            <a:avLst/>
                          </a:prstGeom>
                        </pic:spPr>
                      </pic:pic>
                    </a:graphicData>
                  </a:graphic>
                  <wp14:sizeRelH relativeFrom="margin">
                    <wp14:pctWidth>0</wp14:pctWidth>
                  </wp14:sizeRelH>
                  <wp14:sizeRelV relativeFrom="margin">
                    <wp14:pctHeight>0</wp14:pctHeight>
                  </wp14:sizeRelV>
                </wp:anchor>
              </w:drawing>
            </w:r>
          </w:p>
        </w:tc>
        <w:tc>
          <w:tcPr>
            <w:tcW w:w="4680" w:type="dxa"/>
          </w:tcPr>
          <w:p w14:paraId="15780F49" w14:textId="77777777" w:rsidR="004B63FB" w:rsidRDefault="00000000">
            <w:pPr>
              <w:jc w:val="center"/>
            </w:pPr>
            <w:r>
              <w:rPr>
                <w:b/>
              </w:rPr>
              <w:t>ĐẠI DIỆN HỘ GIA ĐÌNH</w:t>
            </w:r>
            <w:r>
              <w:rPr>
                <w:b/>
              </w:rPr>
              <w:br/>
            </w:r>
            <w:r>
              <w:rPr>
                <w:i/>
                <w:sz w:val="22"/>
              </w:rPr>
              <w:t>(Ký, ghi rõ họ tên hoặc không ký)</w:t>
            </w:r>
          </w:p>
        </w:tc>
      </w:tr>
    </w:tbl>
    <w:p w14:paraId="6AEFB2DF" w14:textId="5C0747BD" w:rsidR="00270BAD" w:rsidRPr="00270BAD" w:rsidRDefault="00270BAD" w:rsidP="00270BAD">
      <w:pPr>
        <w:rPr>
          <w:rFonts w:asciiTheme="minorHAnsi" w:hAnsiTheme="minorHAnsi"/>
          <w:sz w:val="22"/>
        </w:rPr>
      </w:pPr>
    </w:p>
    <w:p w14:paraId="08ADF992" w14:textId="77777777" w:rsidR="00270BAD" w:rsidRPr="00270BAD" w:rsidRDefault="00270BAD" w:rsidP="00270BAD">
      <w:pPr>
        <w:rPr>
          <w:rFonts w:cs="Times New Roman"/>
          <w:sz w:val="28"/>
          <w:szCs w:val="28"/>
        </w:rPr>
      </w:pPr>
    </w:p>
    <w:p w14:paraId="154C0087" w14:textId="77777777" w:rsidR="00270BAD" w:rsidRPr="00270BAD" w:rsidRDefault="00270BAD" w:rsidP="00270BAD">
      <w:pPr>
        <w:rPr>
          <w:rFonts w:cs="Times New Roman"/>
          <w:sz w:val="28"/>
          <w:szCs w:val="28"/>
        </w:rPr>
      </w:pPr>
    </w:p>
    <w:tbl>
      <w:tblPr>
        <w:tblStyle w:val="LiBang"/>
        <w:tblW w:w="0" w:type="auto"/>
        <w:tblLook w:val="04A0" w:firstRow="1" w:lastRow="0" w:firstColumn="1" w:lastColumn="0" w:noHBand="0" w:noVBand="1"/>
      </w:tblPr>
      <w:tblGrid>
        <w:gridCol w:w="2802"/>
      </w:tblGrid>
      <w:tr w:rsidR="00270BAD" w:rsidRPr="00270BAD" w14:paraId="2E08D6A3" w14:textId="77777777" w:rsidTr="00270BAD">
        <w:trPr>
          <w:trHeight w:val="763"/>
        </w:trPr>
        <w:tc>
          <w:tcPr>
            <w:tcW w:w="2802" w:type="dxa"/>
          </w:tcPr>
          <w:p w14:paraId="1FBCEE25" w14:textId="3AE870CB" w:rsidR="00270BAD" w:rsidRPr="00270BAD" w:rsidRDefault="00270BAD" w:rsidP="00270BAD">
            <w:pPr>
              <w:jc w:val="center"/>
              <w:rPr>
                <w:rFonts w:cs="Times New Roman"/>
                <w:sz w:val="28"/>
                <w:szCs w:val="28"/>
              </w:rPr>
            </w:pPr>
            <w:r w:rsidRPr="00270BAD">
              <w:rPr>
                <w:rFonts w:cs="Times New Roman"/>
                <w:b/>
                <w:bCs/>
                <w:sz w:val="28"/>
                <w:szCs w:val="28"/>
              </w:rPr>
              <w:t>Quét mã QR để xem dự thảo Quy chế</w:t>
            </w:r>
          </w:p>
        </w:tc>
      </w:tr>
    </w:tbl>
    <w:p w14:paraId="27294597" w14:textId="77777777" w:rsidR="00B05AC5" w:rsidRDefault="00B05AC5"/>
    <w:sectPr w:rsidR="00B05AC5" w:rsidSect="00A430B0">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16cid:durableId="371077489">
    <w:abstractNumId w:val="8"/>
  </w:num>
  <w:num w:numId="2" w16cid:durableId="759104294">
    <w:abstractNumId w:val="6"/>
  </w:num>
  <w:num w:numId="3" w16cid:durableId="1167943319">
    <w:abstractNumId w:val="5"/>
  </w:num>
  <w:num w:numId="4" w16cid:durableId="175850207">
    <w:abstractNumId w:val="4"/>
  </w:num>
  <w:num w:numId="5" w16cid:durableId="743181035">
    <w:abstractNumId w:val="7"/>
  </w:num>
  <w:num w:numId="6" w16cid:durableId="999578256">
    <w:abstractNumId w:val="3"/>
  </w:num>
  <w:num w:numId="7" w16cid:durableId="1377777790">
    <w:abstractNumId w:val="2"/>
  </w:num>
  <w:num w:numId="8" w16cid:durableId="1505436452">
    <w:abstractNumId w:val="1"/>
  </w:num>
  <w:num w:numId="9" w16cid:durableId="156344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A33"/>
    <w:rsid w:val="0015074B"/>
    <w:rsid w:val="00270BAD"/>
    <w:rsid w:val="0029639D"/>
    <w:rsid w:val="00326F90"/>
    <w:rsid w:val="003634A0"/>
    <w:rsid w:val="004B63FB"/>
    <w:rsid w:val="007F6197"/>
    <w:rsid w:val="00A06C40"/>
    <w:rsid w:val="00A430B0"/>
    <w:rsid w:val="00AA1D8D"/>
    <w:rsid w:val="00AE500B"/>
    <w:rsid w:val="00B05AC5"/>
    <w:rsid w:val="00B47730"/>
    <w:rsid w:val="00CB0664"/>
    <w:rsid w:val="00CF0C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B864F"/>
  <w14:defaultImageDpi w14:val="300"/>
  <w15:docId w15:val="{B9A86C46-CCE8-47FB-A70E-27A90B456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693F"/>
    <w:rPr>
      <w:rFonts w:ascii="Times New Roman" w:hAnsi="Times New Roman"/>
      <w:sz w:val="26"/>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354</Words>
  <Characters>2018</Characters>
  <Application>Microsoft Office Word</Application>
  <DocSecurity>0</DocSecurity>
  <Lines>16</Lines>
  <Paragraphs>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DUNG</cp:lastModifiedBy>
  <cp:revision>6</cp:revision>
  <dcterms:created xsi:type="dcterms:W3CDTF">2013-12-23T23:15:00Z</dcterms:created>
  <dcterms:modified xsi:type="dcterms:W3CDTF">2026-10-02T06:38:00Z</dcterms:modified>
  <cp:category/>
</cp:coreProperties>
</file>